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املاک كاشان | فاطری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املاک كاشان | فاطری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9139992011</w:t>
            </w:r>
          </w:p>
        </w:tc>
        <w:tc>
          <w:tcPr>
            <w:tcW w:type="dxa" w:w="1728"/>
          </w:tcPr>
          <w:p>
            <w:r>
              <w:t>پخش ایران</w:t>
            </w:r>
          </w:p>
        </w:tc>
        <w:tc>
          <w:tcPr>
            <w:tcW w:type="dxa" w:w="1728"/>
          </w:tcPr>
          <w:p>
            <w:r>
              <w:t>کاشان</w:t>
            </w:r>
          </w:p>
        </w:tc>
        <w:tc>
          <w:tcPr>
            <w:tcW w:type="dxa" w:w="1728"/>
          </w:tcPr>
          <w:p>
            <w:r>
              <w:t>pakhshirankashan1393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919**07*03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9131*1*7*2</w:t>
            </w:r>
          </w:p>
        </w:tc>
        <w:tc>
          <w:tcPr>
            <w:tcW w:type="dxa" w:w="1728"/>
          </w:tcPr>
          <w:p>
            <w:r>
              <w:t>Mojtaba</w:t>
            </w:r>
          </w:p>
        </w:tc>
        <w:tc>
          <w:tcPr>
            <w:tcW w:type="dxa" w:w="1728"/>
          </w:tcPr>
          <w:p>
            <w:r>
              <w:t>Panahi</w:t>
            </w:r>
          </w:p>
        </w:tc>
        <w:tc>
          <w:tcPr>
            <w:tcW w:type="dxa" w:w="1728"/>
          </w:tcPr>
          <w:p>
            <w:r>
              <w:t>mojtaba009911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910310*009</w:t>
            </w:r>
          </w:p>
        </w:tc>
        <w:tc>
          <w:tcPr>
            <w:tcW w:type="dxa" w:w="1728"/>
          </w:tcPr>
          <w:p>
            <w:r>
              <w:t>꧁ ℋ𝒮.𝒜 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ha_128666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9013**9414</w:t>
            </w:r>
          </w:p>
        </w:tc>
        <w:tc>
          <w:tcPr>
            <w:tcW w:type="dxa" w:w="1728"/>
          </w:tcPr>
          <w:p>
            <w:r>
              <w:t>Parya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Mzi_parya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913*702012</w:t>
            </w:r>
          </w:p>
        </w:tc>
        <w:tc>
          <w:tcPr>
            <w:tcW w:type="dxa" w:w="1728"/>
          </w:tcPr>
          <w:p>
            <w:r>
              <w:t>علاءالدین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Alaeddin_mobile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9133*2*027</w:t>
            </w:r>
          </w:p>
        </w:tc>
        <w:tc>
          <w:tcPr>
            <w:tcW w:type="dxa" w:w="1728"/>
          </w:tcPr>
          <w:p>
            <w:r>
              <w:t>Meysam</w:t>
            </w:r>
          </w:p>
        </w:tc>
        <w:tc>
          <w:tcPr>
            <w:tcW w:type="dxa" w:w="1728"/>
          </w:tcPr>
          <w:p>
            <w:r>
              <w:t>Fallahi</w:t>
            </w:r>
          </w:p>
        </w:tc>
        <w:tc>
          <w:tcPr>
            <w:tcW w:type="dxa" w:w="1728"/>
          </w:tcPr>
          <w:p>
            <w:r>
              <w:t>MFM5902614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93*4**9***</w:t>
            </w:r>
          </w:p>
        </w:tc>
        <w:tc>
          <w:tcPr>
            <w:tcW w:type="dxa" w:w="1728"/>
          </w:tcPr>
          <w:p>
            <w:r>
              <w:t>Kompani</w:t>
            </w:r>
          </w:p>
        </w:tc>
        <w:tc>
          <w:tcPr>
            <w:tcW w:type="dxa" w:w="1728"/>
          </w:tcPr>
          <w:p>
            <w:r>
              <w:t>Music</w:t>
            </w:r>
          </w:p>
        </w:tc>
        <w:tc>
          <w:tcPr>
            <w:tcW w:type="dxa" w:w="1728"/>
          </w:tcPr>
          <w:p>
            <w:r>
              <w:t>Compani_offical_music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9133*13*17</w:t>
            </w:r>
          </w:p>
        </w:tc>
        <w:tc>
          <w:tcPr>
            <w:tcW w:type="dxa" w:w="1728"/>
          </w:tcPr>
          <w:p>
            <w:r>
              <w:t>Mostafa1001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mostafa1001315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93***03***</w:t>
            </w:r>
          </w:p>
        </w:tc>
        <w:tc>
          <w:tcPr>
            <w:tcW w:type="dxa" w:w="1728"/>
          </w:tcPr>
          <w:p>
            <w:r>
              <w:t>Omid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Omid_3565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91212*2471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PARSAMEHR</w:t>
            </w:r>
          </w:p>
        </w:tc>
        <w:tc>
          <w:tcPr>
            <w:tcW w:type="dxa" w:w="1728"/>
          </w:tcPr>
          <w:p>
            <w:r>
              <w:t>Abolfazlparsamehr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91327*131*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Majid_ak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921329**0*</w:t>
            </w:r>
          </w:p>
        </w:tc>
        <w:tc>
          <w:tcPr>
            <w:tcW w:type="dxa" w:w="1728"/>
          </w:tcPr>
          <w:p>
            <w:r>
              <w:t>elham.frdnezhad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9131*2*00*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9137903*90</w:t>
            </w:r>
          </w:p>
        </w:tc>
        <w:tc>
          <w:tcPr>
            <w:tcW w:type="dxa" w:w="1728"/>
          </w:tcPr>
          <w:p>
            <w:r>
              <w:t>🔸️ Ruhollah 🔸️</w:t>
            </w:r>
          </w:p>
        </w:tc>
        <w:tc>
          <w:tcPr>
            <w:tcW w:type="dxa" w:w="1728"/>
          </w:tcPr>
          <w:p>
            <w:r>
              <w:t>Hasanzadeh</w:t>
            </w:r>
          </w:p>
        </w:tc>
        <w:tc>
          <w:tcPr>
            <w:tcW w:type="dxa" w:w="1728"/>
          </w:tcPr>
          <w:p>
            <w:r>
              <w:t>R_h1369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9132*434*1</w:t>
            </w:r>
          </w:p>
        </w:tc>
        <w:tc>
          <w:tcPr>
            <w:tcW w:type="dxa" w:w="1728"/>
          </w:tcPr>
          <w:p>
            <w:r>
              <w:t>خودمون</w:t>
            </w:r>
          </w:p>
        </w:tc>
        <w:tc>
          <w:tcPr>
            <w:tcW w:type="dxa" w:w="1728"/>
          </w:tcPr>
          <w:p>
            <w:r>
              <w:t>دوتا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9132*44*7*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93*74*9370</w:t>
            </w:r>
          </w:p>
        </w:tc>
        <w:tc>
          <w:tcPr>
            <w:tcW w:type="dxa" w:w="1728"/>
          </w:tcPr>
          <w:p>
            <w:r>
              <w:t>Zeinab sadat Yajaddi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9131*1*179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Balakhanei</w:t>
            </w:r>
          </w:p>
        </w:tc>
        <w:tc>
          <w:tcPr>
            <w:tcW w:type="dxa" w:w="1728"/>
          </w:tcPr>
          <w:p>
            <w:r>
              <w:t>Mortezabalakhanei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9139*1*7*3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en_kashani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913**1*124</w:t>
            </w:r>
          </w:p>
        </w:tc>
        <w:tc>
          <w:tcPr>
            <w:tcW w:type="dxa" w:w="1728"/>
          </w:tcPr>
          <w:p>
            <w:r>
              <w:t>S a e e 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saeed_tahan_fard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913*703393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mohamadhosinabdoli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9137102*90</w:t>
            </w:r>
          </w:p>
        </w:tc>
        <w:tc>
          <w:tcPr>
            <w:tcW w:type="dxa" w:w="1728"/>
          </w:tcPr>
          <w:p>
            <w:r>
              <w:t>Ali Reza</w:t>
            </w:r>
          </w:p>
        </w:tc>
        <w:tc>
          <w:tcPr>
            <w:tcW w:type="dxa" w:w="1728"/>
          </w:tcPr>
          <w:p>
            <w:r>
              <w:t>Arab</w:t>
            </w:r>
          </w:p>
        </w:tc>
        <w:tc>
          <w:tcPr>
            <w:tcW w:type="dxa" w:w="1728"/>
          </w:tcPr>
          <w:p>
            <w:r>
              <w:t>alireza_arab710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9133*3***2</w:t>
            </w:r>
          </w:p>
        </w:tc>
        <w:tc>
          <w:tcPr>
            <w:tcW w:type="dxa" w:w="1728"/>
          </w:tcPr>
          <w:p>
            <w:r>
              <w:t>هادی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Hadigh62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91207**070</w:t>
            </w:r>
          </w:p>
        </w:tc>
        <w:tc>
          <w:tcPr>
            <w:tcW w:type="dxa" w:w="1728"/>
          </w:tcPr>
          <w:p>
            <w:r>
              <w:t>🦅♠️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matinsdry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91*20340**</w:t>
            </w:r>
          </w:p>
        </w:tc>
        <w:tc>
          <w:tcPr>
            <w:tcW w:type="dxa" w:w="1728"/>
          </w:tcPr>
          <w:p>
            <w:r>
              <w:t>Sia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912**0400*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bbbbb_bbbbb1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9132*22720</w:t>
            </w:r>
          </w:p>
        </w:tc>
        <w:tc>
          <w:tcPr>
            <w:tcW w:type="dxa" w:w="1728"/>
          </w:tcPr>
          <w:p>
            <w:r>
              <w:t>Mohammad.s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9132*23**1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Danial_farsh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990*2*34**</w:t>
            </w:r>
          </w:p>
        </w:tc>
        <w:tc>
          <w:tcPr>
            <w:tcW w:type="dxa" w:w="1728"/>
          </w:tcPr>
          <w:p>
            <w:r>
              <w:t>Mohsn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93*713947*</w:t>
            </w:r>
          </w:p>
        </w:tc>
        <w:tc>
          <w:tcPr>
            <w:tcW w:type="dxa" w:w="1728"/>
          </w:tcPr>
          <w:p>
            <w:r>
              <w:t>Hossain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HossainDesigner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92101297*3</w:t>
            </w:r>
          </w:p>
        </w:tc>
        <w:tc>
          <w:tcPr>
            <w:tcW w:type="dxa" w:w="1728"/>
          </w:tcPr>
          <w:p>
            <w:r>
              <w:t>maria.khadem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maria7376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91294934**</w:t>
            </w:r>
          </w:p>
        </w:tc>
        <w:tc>
          <w:tcPr>
            <w:tcW w:type="dxa" w:w="1728"/>
          </w:tcPr>
          <w:p>
            <w:r>
              <w:t>A.A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910**44337</w:t>
            </w:r>
          </w:p>
        </w:tc>
        <w:tc>
          <w:tcPr>
            <w:tcW w:type="dxa" w:w="1728"/>
          </w:tcPr>
          <w:p>
            <w:r>
              <w:t>www.atrinkids.com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Atrin_mezon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93*3712**9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MehdiGh59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9132*37*03</w:t>
            </w:r>
          </w:p>
        </w:tc>
        <w:tc>
          <w:tcPr>
            <w:tcW w:type="dxa" w:w="1728"/>
          </w:tcPr>
          <w:p>
            <w:r>
              <w:t>Aaaa❤️‍🩹❤️‍🩹❤️‍🩹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Asn0165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9133*1*072</w:t>
            </w:r>
          </w:p>
        </w:tc>
        <w:tc>
          <w:tcPr>
            <w:tcW w:type="dxa" w:w="1728"/>
          </w:tcPr>
          <w:p>
            <w:r>
              <w:t>شرکت تولیدی پریفرم .پت.جار.بهین شیشه اریا</w:t>
            </w:r>
          </w:p>
        </w:tc>
        <w:tc>
          <w:tcPr>
            <w:tcW w:type="dxa" w:w="1728"/>
          </w:tcPr>
          <w:p>
            <w:r>
              <w:t>(کریمی کاشان)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9133*3**01</w:t>
            </w:r>
          </w:p>
        </w:tc>
        <w:tc>
          <w:tcPr>
            <w:tcW w:type="dxa" w:w="1728"/>
          </w:tcPr>
          <w:p>
            <w:r>
              <w:t>باقرزاده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Hossin228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9132*4*20*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>
              <w:t>صادقی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912**30119</w:t>
            </w:r>
          </w:p>
        </w:tc>
        <w:tc>
          <w:tcPr>
            <w:tcW w:type="dxa" w:w="1728"/>
          </w:tcPr>
          <w:p>
            <w:r>
              <w:t>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sea19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912074**09</w:t>
            </w:r>
          </w:p>
        </w:tc>
        <w:tc>
          <w:tcPr>
            <w:tcW w:type="dxa" w:w="1728"/>
          </w:tcPr>
          <w:p>
            <w:r>
              <w:t>E . Rezaie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9133*347*3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>
              <w:t>naji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9107*2**71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Iliiiiiii4444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9307**4144</w:t>
            </w:r>
          </w:p>
        </w:tc>
        <w:tc>
          <w:tcPr>
            <w:tcW w:type="dxa" w:w="1728"/>
          </w:tcPr>
          <w:p>
            <w:r>
              <w:t>A T 🍅 ▪️ Ⓜ️ MEMES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sat1371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9109*03432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Alirezaghaffarq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93*9113*21</w:t>
            </w:r>
          </w:p>
        </w:tc>
        <w:tc>
          <w:tcPr>
            <w:tcW w:type="dxa" w:w="1728"/>
          </w:tcPr>
          <w:p>
            <w:r>
              <w:t>اکبر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9131*39*90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912*2**772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9133*14007</w:t>
            </w:r>
          </w:p>
        </w:tc>
        <w:tc>
          <w:tcPr>
            <w:tcW w:type="dxa" w:w="1728"/>
          </w:tcPr>
          <w:p>
            <w:r>
              <w:t>─═हई╬Åℳɪல╬ईह═─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Amin13596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91327**09*</w:t>
            </w:r>
          </w:p>
        </w:tc>
        <w:tc>
          <w:tcPr>
            <w:tcW w:type="dxa" w:w="1728"/>
          </w:tcPr>
          <w:p>
            <w:r>
              <w:t>م. پدرام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913*42*04*</w:t>
            </w:r>
          </w:p>
        </w:tc>
        <w:tc>
          <w:tcPr>
            <w:tcW w:type="dxa" w:w="1728"/>
          </w:tcPr>
          <w:p>
            <w:r>
              <w:t>Salar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salar_67_67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9132*33944</w:t>
            </w:r>
          </w:p>
        </w:tc>
        <w:tc>
          <w:tcPr>
            <w:tcW w:type="dxa" w:w="1728"/>
          </w:tcPr>
          <w:p>
            <w:r>
              <w:t>A.A.Bagheri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91327**319</w:t>
            </w:r>
          </w:p>
        </w:tc>
        <w:tc>
          <w:tcPr>
            <w:tcW w:type="dxa" w:w="1728"/>
          </w:tcPr>
          <w:p>
            <w:r>
              <w:t>سلمان مبین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mobinzadeh_academy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939*1**904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Mo126211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9133*319*0</w:t>
            </w:r>
          </w:p>
        </w:tc>
        <w:tc>
          <w:tcPr>
            <w:tcW w:type="dxa" w:w="1728"/>
          </w:tcPr>
          <w:p>
            <w:r>
              <w:t>m3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M3sza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9139*1*14*</w:t>
            </w:r>
          </w:p>
        </w:tc>
        <w:tc>
          <w:tcPr>
            <w:tcW w:type="dxa" w:w="1728"/>
          </w:tcPr>
          <w:p>
            <w:r>
              <w:t>Tahabiabani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Abutaha_ir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93***43*00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Msn3600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9131*1**1*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9130*13*4*</w:t>
            </w:r>
          </w:p>
        </w:tc>
        <w:tc>
          <w:tcPr>
            <w:tcW w:type="dxa" w:w="1728"/>
          </w:tcPr>
          <w:p>
            <w:r>
              <w:t>Amiralireza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9131*3*419</w:t>
            </w:r>
          </w:p>
        </w:tc>
        <w:tc>
          <w:tcPr>
            <w:tcW w:type="dxa" w:w="1728"/>
          </w:tcPr>
          <w:p>
            <w:r>
              <w:t>E.j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a0913361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91201**292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9139991*11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Zare</w:t>
            </w:r>
          </w:p>
        </w:tc>
        <w:tc>
          <w:tcPr>
            <w:tcW w:type="dxa" w:w="1728"/>
          </w:tcPr>
          <w:p>
            <w:r>
              <w:t>Zareali999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91220**3*0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ahmadyavari110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913*4**303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armin1382y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9132*3900*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tavakkoli</w:t>
            </w:r>
          </w:p>
        </w:tc>
        <w:tc>
          <w:tcPr>
            <w:tcW w:type="dxa" w:w="1728"/>
          </w:tcPr>
          <w:p>
            <w:r>
              <w:t>Ehsantavakkoli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9133*2*127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vahid8127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9193*433**</w:t>
            </w:r>
          </w:p>
        </w:tc>
        <w:tc>
          <w:tcPr>
            <w:tcW w:type="dxa" w:w="1728"/>
          </w:tcPr>
          <w:p>
            <w:r>
              <w:t>ابوذر</w:t>
            </w:r>
          </w:p>
        </w:tc>
        <w:tc>
          <w:tcPr>
            <w:tcW w:type="dxa" w:w="1728"/>
          </w:tcPr>
          <w:p>
            <w:r>
              <w:t>جعفری منفرد طاهری</w:t>
            </w:r>
          </w:p>
        </w:tc>
        <w:tc>
          <w:tcPr>
            <w:tcW w:type="dxa" w:w="1728"/>
          </w:tcPr>
          <w:p>
            <w:r>
              <w:t>Aboozar_jafari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913743*1**</w:t>
            </w:r>
          </w:p>
        </w:tc>
        <w:tc>
          <w:tcPr>
            <w:tcW w:type="dxa" w:w="1728"/>
          </w:tcPr>
          <w:p>
            <w:r>
              <w:t>♪♫•*¨*•.¸¸ṝ 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Ratmm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9131*3*321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Farhadakbari57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913*7*7*00</w:t>
            </w:r>
          </w:p>
        </w:tc>
        <w:tc>
          <w:tcPr>
            <w:tcW w:type="dxa" w:w="1728"/>
          </w:tcPr>
          <w:p>
            <w:r>
              <w:t>Pejman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Pejman133e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9131*2*7*1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937171*00*</w:t>
            </w:r>
          </w:p>
        </w:tc>
        <w:tc>
          <w:tcPr>
            <w:tcW w:type="dxa" w:w="1728"/>
          </w:tcPr>
          <w:p>
            <w:r>
              <w:t>E...</w:t>
            </w:r>
          </w:p>
        </w:tc>
        <w:tc>
          <w:tcPr>
            <w:tcW w:type="dxa" w:w="1728"/>
          </w:tcPr>
          <w:p>
            <w:r>
              <w:t>A...</w:t>
            </w:r>
          </w:p>
        </w:tc>
        <w:tc>
          <w:tcPr>
            <w:tcW w:type="dxa" w:w="1728"/>
          </w:tcPr>
          <w:p>
            <w:r>
              <w:t>Youzpalangy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9133*10*23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9132*4*73*</w:t>
            </w:r>
          </w:p>
        </w:tc>
        <w:tc>
          <w:tcPr>
            <w:tcW w:type="dxa" w:w="1728"/>
          </w:tcPr>
          <w:p>
            <w:r>
              <w:t>محمدجواد</w:t>
            </w:r>
          </w:p>
        </w:tc>
        <w:tc>
          <w:tcPr>
            <w:tcW w:type="dxa" w:w="1728"/>
          </w:tcPr>
          <w:p>
            <w:r>
              <w:t>خلجی</w:t>
            </w:r>
          </w:p>
        </w:tc>
        <w:tc>
          <w:tcPr>
            <w:tcW w:type="dxa" w:w="1728"/>
          </w:tcPr>
          <w:p>
            <w:r>
              <w:t>Kashan_73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9132*10930</w:t>
            </w:r>
          </w:p>
        </w:tc>
        <w:tc>
          <w:tcPr>
            <w:tcW w:type="dxa" w:w="1728"/>
          </w:tcPr>
          <w:p>
            <w:r>
              <w:t>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Mera91399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91327*2*0*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MF517484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9120424*00</w:t>
            </w:r>
          </w:p>
        </w:tc>
        <w:tc>
          <w:tcPr>
            <w:tcW w:type="dxa" w:w="1728"/>
          </w:tcPr>
          <w:p>
            <w:r>
              <w:t>برش لیزر</w:t>
            </w:r>
          </w:p>
        </w:tc>
        <w:tc>
          <w:tcPr>
            <w:tcW w:type="dxa" w:w="1728"/>
          </w:tcPr>
          <w:p>
            <w:r>
              <w:t>آریانا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9132*211**</w:t>
            </w:r>
          </w:p>
        </w:tc>
        <w:tc>
          <w:tcPr>
            <w:tcW w:type="dxa" w:w="1728"/>
          </w:tcPr>
          <w:p>
            <w:r>
              <w:t>En. Iman</w:t>
            </w:r>
          </w:p>
        </w:tc>
        <w:tc>
          <w:tcPr>
            <w:tcW w:type="dxa" w:w="1728"/>
          </w:tcPr>
          <w:p>
            <w:r>
              <w:t>Goli Fini</w:t>
            </w:r>
          </w:p>
        </w:tc>
        <w:tc>
          <w:tcPr>
            <w:tcW w:type="dxa" w:w="1728"/>
          </w:tcPr>
          <w:p>
            <w:r>
              <w:t>Imangolifini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9123**02*1</w:t>
            </w:r>
          </w:p>
        </w:tc>
        <w:tc>
          <w:tcPr>
            <w:tcW w:type="dxa" w:w="1728"/>
          </w:tcPr>
          <w:p>
            <w:r>
              <w:t>Morteza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  <w:tr>
        <w:tc>
          <w:tcPr>
            <w:tcW w:type="dxa" w:w="1728"/>
          </w:tcPr>
          <w:p>
            <w:r>
              <w:t>9131*3*499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SALEH ABADI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املاک كاشان | فاطری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املاک كاشان | فاطری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